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Arbeitszeitnachweis</w:t>
      </w:r>
    </w:p>
    <w:p>
      <w:pPr>
        <w:pStyle w:val="HRGuideHeading"/>
      </w:pPr>
      <w:r>
        <w:t>Tatsächliche Zeiten statt pauschaler Sollwerte dokumentieren</w:t>
      </w:r>
    </w:p>
    <w:p>
      <w:pPr>
        <w:pStyle w:val="HRGuideBody"/>
      </w:pPr>
      <w:r>
        <w:t>Ein Arbeitszeitnachweis soll den tatsächlichen Arbeitsverlauf nachvollziehbar abbilden. Geplante Schichten und geleistete Zeiten sind zu unterscheiden. Automatisch eingetragene Standardpausen oder Sollstunden können falsch sein, wenn der reale Ablauf abweicht.</w:t>
      </w:r>
    </w:p>
    <w:p>
      <w:pPr>
        <w:pStyle w:val="HRGuideBody"/>
      </w:pPr>
      <w:r>
        <w:t>Die Vorlage ist ein einfaches bearbeitbares Dokument und kein vollständiges betriebliches Zeiterfassungssystem. Zuständigkeit, Korrekturen, Aufbewahrung und besondere gesetzliche Anforderungen müssen zusätzlich geregelt werden. Eine rechnerisch richtige Summe ersetzt keine Prüfung von Arbeitszeitgrenzen.</w:t>
      </w:r>
    </w:p>
    <w:p>
      <w:pPr>
        <w:pStyle w:val="HRGuideHeading"/>
      </w:pPr>
      <w:r>
        <w:t>Felder richtig ausfüllen</w:t>
      </w:r>
    </w:p>
    <w:p>
      <w:pPr>
        <w:pStyle w:val="HRGuideBody"/>
      </w:pPr>
      <w:r>
        <w:rPr>
          <w:b/>
        </w:rPr>
        <w:t xml:space="preserve">Name oder zulässige Kennung: </w:t>
      </w:r>
      <w:r>
        <w:t>Verwenden Sie die für die betriebliche Zuordnung erforderliche Angabe. Zusätzliche private Daten sind für einen Zeitnachweis regelmäßig nicht nötig.</w:t>
      </w:r>
    </w:p>
    <w:p>
      <w:pPr>
        <w:pStyle w:val="HRGuideBody"/>
      </w:pPr>
      <w:r>
        <w:rPr>
          <w:b/>
        </w:rPr>
        <w:t xml:space="preserve">Zeitraum: </w:t>
      </w:r>
      <w:r>
        <w:t>Kennzeichnen Sie Tag und gegebenenfalls Folgetag eindeutig. Nachteinsätze dürfen nicht durch unklare Uhrzeiten verkürzt oder doppelt gezählt werden.</w:t>
      </w:r>
    </w:p>
    <w:p>
      <w:pPr>
        <w:pStyle w:val="HRGuideBody"/>
      </w:pPr>
      <w:r>
        <w:rPr>
          <w:b/>
        </w:rPr>
        <w:t xml:space="preserve">Tätigkeit oder Bereich: </w:t>
      </w:r>
      <w:r>
        <w:t>Erfassen Sie nur die für den Zweck erforderliche Zuordnung. Eine unnötig detaillierte Verhaltensüberwachung ist keine automatische Folge der Zeiterfassungspflicht.</w:t>
      </w:r>
    </w:p>
    <w:p>
      <w:pPr>
        <w:pStyle w:val="HRGuideBody"/>
      </w:pPr>
      <w:r>
        <w:rPr>
          <w:b/>
        </w:rPr>
        <w:t xml:space="preserve">Zuständige Prüfung: </w:t>
      </w:r>
      <w:r>
        <w:t>Legen Sie fest, wer Unstimmigkeiten bearbeitet und Korrekturen nachvollziehbar macht. Änderungen sollten den tatsächlichen Verlauf wiedergeben.</w:t>
      </w:r>
    </w:p>
    <w:p>
      <w:pPr>
        <w:pStyle w:val="HRGuideHeading"/>
      </w:pPr>
      <w:r>
        <w:t>Fiktives Praxisbeispiel</w:t>
      </w:r>
    </w:p>
    <w:p>
      <w:pPr>
        <w:pStyle w:val="HRGuideBody"/>
      </w:pPr>
      <w:r>
        <w:t>Ein fiktiver Dienstplan enthält 30 Minuten Pause, die im tatsächlichen Ablauf anders genommen wurden. Der Nachweis wird anhand der realen Unterbrechung korrigiert und die Organisation geprüft. Eine Standardbuchung wird nicht als Beweis verwendet, dass die Pause tatsächlich möglich war.</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https://caluma.jobs/hr-lexikon/vorlagen/arbeitszeitnachweis/</w:t>
      </w:r>
    </w:p>
    <w:p>
      <w:pPr>
        <w:spacing w:after="0" w:before="0" w:line="240" w:lineRule="auto"/>
      </w:pPr>
      <w:r>
        <w:br w:type="page"/>
      </w:r>
    </w:p>
    <w:p>
      <w:pPr>
        <w:pStyle w:val="Title"/>
      </w:pPr>
      <w:r>
        <w:t>Arbeitszeitnachweis</w:t>
      </w:r>
    </w:p>
    <w:p>
      <w:pPr>
        <w:spacing w:after="140"/>
      </w:pPr>
      <w:r>
        <w:rPr>
          <w:color w:val="526A65"/>
          <w:sz w:val="18"/>
        </w:rPr>
        <w:t>Bearbeitbare Vorlage · Deutschland · Stand 15.09.2026</w:t>
      </w:r>
    </w:p>
    <w:p>
      <w:r>
        <w:t>Arbeitszeiterfassung dokumentiert die tatsächlich geleistete Arbeitszeit. Nach der Rechtsprechung des Bundesarbeitsgerichts besteht für die erfassten Arbeitnehmer eine Pflicht zur Einrichtung eines Systems zur Erfassung von Beginn und Ende der täglichen Arbeitszeit. Sie ist nicht mit bloßer Anwesenheits- oder Leistungskontrolle gleichzusetzen.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Name oder zulässige Kennung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Zeitraum</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Tätigkeit oder Bereich</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 Prüfung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Tatsächlichen Arbeitsbeginn notieren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Tatsächliches Ende notieren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Reale Pausen gesondert erfassen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Änderungen nachvollziehbar korrigieren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Mehrfachbeschäftigung bei Schutzprüfung beachten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Aufbewahrung und Zugriff regeln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Pausen nicht automatisch abziehen, wenn sie nicht genommen wurden. Die Vorlage ersetzt kein vollständiges gesetzeskonformes System.</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https://caluma.jobs/hr-lexikon/vorlagen/arbeitszeitnachweis/</w:t>
      </w:r>
    </w:p>
    <w:p>
      <w:r>
        <w:br w:type="page"/>
      </w:r>
    </w:p>
    <w:p>
      <w:pPr>
        <w:pStyle w:val="Title"/>
      </w:pPr>
      <w:r>
        <w:t>Arbeitszeiten erfassen</w:t>
      </w:r>
    </w:p>
    <w:p>
      <w:pPr>
        <w:pStyle w:val="Heading1"/>
      </w:pPr>
      <w:r>
        <w:t>Arbeitszeitnachweis</w:t>
      </w:r>
    </w:p>
    <w:p>
      <w:r>
        <w:t>Je tatsächlichem Arbeitstag Beginn, Ende und tatsächlich genommene Pausen eintragen. Nachtwechsel mit Datum dokumentieren. Nettozeit selbst nachvollziehbar berechnen; Korrekturen kenntlich machen.</w:t>
      </w:r>
    </w:p>
    <w:tbl>
      <w:tblPr>
        <w:tblW w:type="auto" w:w="0"/>
        <w:jc w:val="center"/>
        <w:tblLayout w:type="fixed"/>
        <w:tblLook w:firstColumn="1" w:firstRow="1" w:lastColumn="0" w:lastRow="0" w:noHBand="0" w:noVBand="1" w:val="04A0"/>
      </w:tblPr>
      <w:tblGrid>
        <w:gridCol w:w="1984"/>
        <w:gridCol w:w="1984"/>
        <w:gridCol w:w="1984"/>
        <w:gridCol w:w="1984"/>
        <w:gridCol w:w="1984"/>
      </w:tblGrid>
      <w:tr>
        <w:trPr>
          <w:tblHeader/>
        </w:trPr>
        <w:tc>
          <w:tcPr>
            <w:tcW w:type="dxa" w:w="1984"/>
            <w:shd w:fill="087C75"/>
            <w:tcMar>
              <w:top w:w="85" w:type="dxa"/>
              <w:left w:w="85" w:type="dxa"/>
              <w:bottom w:w="85" w:type="dxa"/>
              <w:right w:w="85" w:type="dxa"/>
            </w:tcMar>
          </w:tcPr>
          <w:p>
            <w:pPr>
              <w:spacing w:after="40" w:before="40" w:line="252" w:lineRule="auto"/>
            </w:pPr>
            <w:r>
              <w:rPr>
                <w:b/>
                <w:color w:val="FFFFFF"/>
                <w:sz w:val="18"/>
              </w:rPr>
              <w:t>Datum / Einsatz</w:t>
            </w:r>
          </w:p>
        </w:tc>
        <w:tc>
          <w:tcPr>
            <w:tcW w:type="dxa" w:w="1984"/>
            <w:shd w:fill="087C75"/>
            <w:tcMar>
              <w:top w:w="85" w:type="dxa"/>
              <w:left w:w="85" w:type="dxa"/>
              <w:bottom w:w="85" w:type="dxa"/>
              <w:right w:w="85" w:type="dxa"/>
            </w:tcMar>
          </w:tcPr>
          <w:p>
            <w:pPr>
              <w:spacing w:after="40" w:before="40" w:line="252" w:lineRule="auto"/>
            </w:pPr>
            <w:r>
              <w:rPr>
                <w:b/>
                <w:color w:val="FFFFFF"/>
                <w:sz w:val="18"/>
              </w:rPr>
              <w:t>Beginn / Ende</w:t>
            </w:r>
          </w:p>
        </w:tc>
        <w:tc>
          <w:tcPr>
            <w:tcW w:type="dxa" w:w="1984"/>
            <w:shd w:fill="087C75"/>
            <w:tcMar>
              <w:top w:w="85" w:type="dxa"/>
              <w:left w:w="85" w:type="dxa"/>
              <w:bottom w:w="85" w:type="dxa"/>
              <w:right w:w="85" w:type="dxa"/>
            </w:tcMar>
          </w:tcPr>
          <w:p>
            <w:pPr>
              <w:spacing w:after="40" w:before="40" w:line="252" w:lineRule="auto"/>
            </w:pPr>
            <w:r>
              <w:rPr>
                <w:b/>
                <w:color w:val="FFFFFF"/>
                <w:sz w:val="18"/>
              </w:rPr>
              <w:t>Reale Pause</w:t>
            </w:r>
          </w:p>
        </w:tc>
        <w:tc>
          <w:tcPr>
            <w:tcW w:type="dxa" w:w="1984"/>
            <w:shd w:fill="087C75"/>
            <w:tcMar>
              <w:top w:w="85" w:type="dxa"/>
              <w:left w:w="85" w:type="dxa"/>
              <w:bottom w:w="85" w:type="dxa"/>
              <w:right w:w="85" w:type="dxa"/>
            </w:tcMar>
          </w:tcPr>
          <w:p>
            <w:pPr>
              <w:spacing w:after="40" w:before="40" w:line="252" w:lineRule="auto"/>
            </w:pPr>
            <w:r>
              <w:rPr>
                <w:b/>
                <w:color w:val="FFFFFF"/>
                <w:sz w:val="18"/>
              </w:rPr>
              <w:t>Nettozeit</w:t>
            </w:r>
          </w:p>
        </w:tc>
        <w:tc>
          <w:tcPr>
            <w:tcW w:type="dxa" w:w="1984"/>
            <w:shd w:fill="087C75"/>
            <w:tcMar>
              <w:top w:w="85" w:type="dxa"/>
              <w:left w:w="85" w:type="dxa"/>
              <w:bottom w:w="85" w:type="dxa"/>
              <w:right w:w="85" w:type="dxa"/>
            </w:tcMar>
          </w:tcPr>
          <w:p>
            <w:pPr>
              <w:spacing w:after="40" w:before="40" w:line="252" w:lineRule="auto"/>
            </w:pPr>
            <w:r>
              <w:rPr>
                <w:b/>
                <w:color w:val="FFFFFF"/>
                <w:sz w:val="18"/>
              </w:rPr>
              <w:t>Korrektur / Notiz</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[Datum / Tätigkeit]</w:t>
            </w:r>
          </w:p>
        </w:tc>
        <w:tc>
          <w:tcPr>
            <w:tcW w:type="dxa" w:w="1984"/>
            <w:vAlign w:val="center"/>
            <w:shd w:fill="EFF8F6"/>
            <w:tcMar>
              <w:top w:w="85" w:type="dxa"/>
              <w:left w:w="85" w:type="dxa"/>
              <w:bottom w:w="85" w:type="dxa"/>
              <w:right w:w="85" w:type="dxa"/>
            </w:tcMar>
          </w:tcPr>
          <w:p>
            <w:pPr>
              <w:spacing w:after="40" w:before="40" w:line="252" w:lineRule="auto"/>
            </w:pPr>
            <w:r>
              <w:rPr>
                <w:sz w:val="18"/>
              </w:rPr>
              <w:t>[Uhrzeit / Datum]</w:t>
            </w:r>
          </w:p>
        </w:tc>
        <w:tc>
          <w:tcPr>
            <w:tcW w:type="dxa" w:w="1984"/>
            <w:vAlign w:val="center"/>
            <w:shd w:fill="EFF8F6"/>
            <w:tcMar>
              <w:top w:w="85" w:type="dxa"/>
              <w:left w:w="85" w:type="dxa"/>
              <w:bottom w:w="85" w:type="dxa"/>
              <w:right w:w="85" w:type="dxa"/>
            </w:tcMar>
          </w:tcPr>
          <w:p>
            <w:pPr>
              <w:spacing w:after="40" w:before="40" w:line="252" w:lineRule="auto"/>
            </w:pPr>
            <w:r>
              <w:rPr>
                <w:sz w:val="18"/>
              </w:rPr>
              <w:t>[Minuten]</w:t>
            </w:r>
          </w:p>
        </w:tc>
        <w:tc>
          <w:tcPr>
            <w:tcW w:type="dxa" w:w="1984"/>
            <w:vAlign w:val="center"/>
            <w:shd w:fill="EFF8F6"/>
            <w:tcMar>
              <w:top w:w="85" w:type="dxa"/>
              <w:left w:w="85" w:type="dxa"/>
              <w:bottom w:w="85" w:type="dxa"/>
              <w:right w:w="85" w:type="dxa"/>
            </w:tcMar>
          </w:tcPr>
          <w:p>
            <w:pPr>
              <w:spacing w:after="40" w:before="40" w:line="252" w:lineRule="auto"/>
            </w:pPr>
            <w:r>
              <w:rPr>
                <w:sz w:val="18"/>
              </w:rPr>
              <w:t>[Std.:Min.]</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[Datum / Tätigkeit]</w:t>
            </w:r>
          </w:p>
        </w:tc>
        <w:tc>
          <w:tcPr>
            <w:tcW w:type="dxa" w:w="1984"/>
            <w:vAlign w:val="center"/>
            <w:tcMar>
              <w:top w:w="85" w:type="dxa"/>
              <w:left w:w="85" w:type="dxa"/>
              <w:bottom w:w="85" w:type="dxa"/>
              <w:right w:w="85" w:type="dxa"/>
            </w:tcMar>
          </w:tcPr>
          <w:p>
            <w:pPr>
              <w:spacing w:after="40" w:before="40" w:line="252" w:lineRule="auto"/>
            </w:pPr>
            <w:r>
              <w:rPr>
                <w:sz w:val="18"/>
              </w:rPr>
              <w:t>[Uhrzeit / Datum]</w:t>
            </w:r>
          </w:p>
        </w:tc>
        <w:tc>
          <w:tcPr>
            <w:tcW w:type="dxa" w:w="1984"/>
            <w:vAlign w:val="center"/>
            <w:tcMar>
              <w:top w:w="85" w:type="dxa"/>
              <w:left w:w="85" w:type="dxa"/>
              <w:bottom w:w="85" w:type="dxa"/>
              <w:right w:w="85" w:type="dxa"/>
            </w:tcMar>
          </w:tcPr>
          <w:p>
            <w:pPr>
              <w:spacing w:after="40" w:before="40" w:line="252" w:lineRule="auto"/>
            </w:pPr>
            <w:r>
              <w:rPr>
                <w:sz w:val="18"/>
              </w:rPr>
              <w:t>[Minuten]</w:t>
            </w:r>
          </w:p>
        </w:tc>
        <w:tc>
          <w:tcPr>
            <w:tcW w:type="dxa" w:w="1984"/>
            <w:vAlign w:val="center"/>
            <w:tcMar>
              <w:top w:w="85" w:type="dxa"/>
              <w:left w:w="85" w:type="dxa"/>
              <w:bottom w:w="85" w:type="dxa"/>
              <w:right w:w="85" w:type="dxa"/>
            </w:tcMar>
          </w:tcPr>
          <w:p>
            <w:pPr>
              <w:spacing w:after="40" w:before="40" w:line="252" w:lineRule="auto"/>
            </w:pPr>
            <w:r>
              <w:rPr>
                <w:sz w:val="18"/>
              </w:rPr>
              <w:t>[Std.:Min.]</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[Datum / Tätigkeit]</w:t>
            </w:r>
          </w:p>
        </w:tc>
        <w:tc>
          <w:tcPr>
            <w:tcW w:type="dxa" w:w="1984"/>
            <w:vAlign w:val="center"/>
            <w:shd w:fill="EFF8F6"/>
            <w:tcMar>
              <w:top w:w="85" w:type="dxa"/>
              <w:left w:w="85" w:type="dxa"/>
              <w:bottom w:w="85" w:type="dxa"/>
              <w:right w:w="85" w:type="dxa"/>
            </w:tcMar>
          </w:tcPr>
          <w:p>
            <w:pPr>
              <w:spacing w:after="40" w:before="40" w:line="252" w:lineRule="auto"/>
            </w:pPr>
            <w:r>
              <w:rPr>
                <w:sz w:val="18"/>
              </w:rPr>
              <w:t>[Uhrzeit / Datum]</w:t>
            </w:r>
          </w:p>
        </w:tc>
        <w:tc>
          <w:tcPr>
            <w:tcW w:type="dxa" w:w="1984"/>
            <w:vAlign w:val="center"/>
            <w:shd w:fill="EFF8F6"/>
            <w:tcMar>
              <w:top w:w="85" w:type="dxa"/>
              <w:left w:w="85" w:type="dxa"/>
              <w:bottom w:w="85" w:type="dxa"/>
              <w:right w:w="85" w:type="dxa"/>
            </w:tcMar>
          </w:tcPr>
          <w:p>
            <w:pPr>
              <w:spacing w:after="40" w:before="40" w:line="252" w:lineRule="auto"/>
            </w:pPr>
            <w:r>
              <w:rPr>
                <w:sz w:val="18"/>
              </w:rPr>
              <w:t>[Minuten]</w:t>
            </w:r>
          </w:p>
        </w:tc>
        <w:tc>
          <w:tcPr>
            <w:tcW w:type="dxa" w:w="1984"/>
            <w:vAlign w:val="center"/>
            <w:shd w:fill="EFF8F6"/>
            <w:tcMar>
              <w:top w:w="85" w:type="dxa"/>
              <w:left w:w="85" w:type="dxa"/>
              <w:bottom w:w="85" w:type="dxa"/>
              <w:right w:w="85" w:type="dxa"/>
            </w:tcMar>
          </w:tcPr>
          <w:p>
            <w:pPr>
              <w:spacing w:after="40" w:before="40" w:line="252" w:lineRule="auto"/>
            </w:pPr>
            <w:r>
              <w:rPr>
                <w:sz w:val="18"/>
              </w:rPr>
              <w:t>[Std.:Min.]</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[Datum / Tätigkeit]</w:t>
            </w:r>
          </w:p>
        </w:tc>
        <w:tc>
          <w:tcPr>
            <w:tcW w:type="dxa" w:w="1984"/>
            <w:vAlign w:val="center"/>
            <w:tcMar>
              <w:top w:w="85" w:type="dxa"/>
              <w:left w:w="85" w:type="dxa"/>
              <w:bottom w:w="85" w:type="dxa"/>
              <w:right w:w="85" w:type="dxa"/>
            </w:tcMar>
          </w:tcPr>
          <w:p>
            <w:pPr>
              <w:spacing w:after="40" w:before="40" w:line="252" w:lineRule="auto"/>
            </w:pPr>
            <w:r>
              <w:rPr>
                <w:sz w:val="18"/>
              </w:rPr>
              <w:t>[Uhrzeit / Datum]</w:t>
            </w:r>
          </w:p>
        </w:tc>
        <w:tc>
          <w:tcPr>
            <w:tcW w:type="dxa" w:w="1984"/>
            <w:vAlign w:val="center"/>
            <w:tcMar>
              <w:top w:w="85" w:type="dxa"/>
              <w:left w:w="85" w:type="dxa"/>
              <w:bottom w:w="85" w:type="dxa"/>
              <w:right w:w="85" w:type="dxa"/>
            </w:tcMar>
          </w:tcPr>
          <w:p>
            <w:pPr>
              <w:spacing w:after="40" w:before="40" w:line="252" w:lineRule="auto"/>
            </w:pPr>
            <w:r>
              <w:rPr>
                <w:sz w:val="18"/>
              </w:rPr>
              <w:t>[Minuten]</w:t>
            </w:r>
          </w:p>
        </w:tc>
        <w:tc>
          <w:tcPr>
            <w:tcW w:type="dxa" w:w="1984"/>
            <w:vAlign w:val="center"/>
            <w:tcMar>
              <w:top w:w="85" w:type="dxa"/>
              <w:left w:w="85" w:type="dxa"/>
              <w:bottom w:w="85" w:type="dxa"/>
              <w:right w:w="85" w:type="dxa"/>
            </w:tcMar>
          </w:tcPr>
          <w:p>
            <w:pPr>
              <w:spacing w:after="40" w:before="40" w:line="252" w:lineRule="auto"/>
            </w:pPr>
            <w:r>
              <w:rPr>
                <w:sz w:val="18"/>
              </w:rPr>
              <w:t>[Std.:Min.]</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[Datum / Tätigkeit]</w:t>
            </w:r>
          </w:p>
        </w:tc>
        <w:tc>
          <w:tcPr>
            <w:tcW w:type="dxa" w:w="1984"/>
            <w:vAlign w:val="center"/>
            <w:shd w:fill="EFF8F6"/>
            <w:tcMar>
              <w:top w:w="85" w:type="dxa"/>
              <w:left w:w="85" w:type="dxa"/>
              <w:bottom w:w="85" w:type="dxa"/>
              <w:right w:w="85" w:type="dxa"/>
            </w:tcMar>
          </w:tcPr>
          <w:p>
            <w:pPr>
              <w:spacing w:after="40" w:before="40" w:line="252" w:lineRule="auto"/>
            </w:pPr>
            <w:r>
              <w:rPr>
                <w:sz w:val="18"/>
              </w:rPr>
              <w:t>[Uhrzeit / Datum]</w:t>
            </w:r>
          </w:p>
        </w:tc>
        <w:tc>
          <w:tcPr>
            <w:tcW w:type="dxa" w:w="1984"/>
            <w:vAlign w:val="center"/>
            <w:shd w:fill="EFF8F6"/>
            <w:tcMar>
              <w:top w:w="85" w:type="dxa"/>
              <w:left w:w="85" w:type="dxa"/>
              <w:bottom w:w="85" w:type="dxa"/>
              <w:right w:w="85" w:type="dxa"/>
            </w:tcMar>
          </w:tcPr>
          <w:p>
            <w:pPr>
              <w:spacing w:after="40" w:before="40" w:line="252" w:lineRule="auto"/>
            </w:pPr>
            <w:r>
              <w:rPr>
                <w:sz w:val="18"/>
              </w:rPr>
              <w:t>[Minuten]</w:t>
            </w:r>
          </w:p>
        </w:tc>
        <w:tc>
          <w:tcPr>
            <w:tcW w:type="dxa" w:w="1984"/>
            <w:vAlign w:val="center"/>
            <w:shd w:fill="EFF8F6"/>
            <w:tcMar>
              <w:top w:w="85" w:type="dxa"/>
              <w:left w:w="85" w:type="dxa"/>
              <w:bottom w:w="85" w:type="dxa"/>
              <w:right w:w="85" w:type="dxa"/>
            </w:tcMar>
          </w:tcPr>
          <w:p>
            <w:pPr>
              <w:spacing w:after="40" w:before="40" w:line="252" w:lineRule="auto"/>
            </w:pPr>
            <w:r>
              <w:rPr>
                <w:sz w:val="18"/>
              </w:rPr>
              <w:t>[Std.:Min.]</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[Datum / Tätigkeit]</w:t>
            </w:r>
          </w:p>
        </w:tc>
        <w:tc>
          <w:tcPr>
            <w:tcW w:type="dxa" w:w="1984"/>
            <w:vAlign w:val="center"/>
            <w:tcMar>
              <w:top w:w="85" w:type="dxa"/>
              <w:left w:w="85" w:type="dxa"/>
              <w:bottom w:w="85" w:type="dxa"/>
              <w:right w:w="85" w:type="dxa"/>
            </w:tcMar>
          </w:tcPr>
          <w:p>
            <w:pPr>
              <w:spacing w:after="40" w:before="40" w:line="252" w:lineRule="auto"/>
            </w:pPr>
            <w:r>
              <w:rPr>
                <w:sz w:val="18"/>
              </w:rPr>
              <w:t>[Uhrzeit / Datum]</w:t>
            </w:r>
          </w:p>
        </w:tc>
        <w:tc>
          <w:tcPr>
            <w:tcW w:type="dxa" w:w="1984"/>
            <w:vAlign w:val="center"/>
            <w:tcMar>
              <w:top w:w="85" w:type="dxa"/>
              <w:left w:w="85" w:type="dxa"/>
              <w:bottom w:w="85" w:type="dxa"/>
              <w:right w:w="85" w:type="dxa"/>
            </w:tcMar>
          </w:tcPr>
          <w:p>
            <w:pPr>
              <w:spacing w:after="40" w:before="40" w:line="252" w:lineRule="auto"/>
            </w:pPr>
            <w:r>
              <w:rPr>
                <w:sz w:val="18"/>
              </w:rPr>
              <w:t>[Minuten]</w:t>
            </w:r>
          </w:p>
        </w:tc>
        <w:tc>
          <w:tcPr>
            <w:tcW w:type="dxa" w:w="1984"/>
            <w:vAlign w:val="center"/>
            <w:tcMar>
              <w:top w:w="85" w:type="dxa"/>
              <w:left w:w="85" w:type="dxa"/>
              <w:bottom w:w="85" w:type="dxa"/>
              <w:right w:w="85" w:type="dxa"/>
            </w:tcMar>
          </w:tcPr>
          <w:p>
            <w:pPr>
              <w:spacing w:after="40" w:before="40" w:line="252" w:lineRule="auto"/>
            </w:pPr>
            <w:r>
              <w:rPr>
                <w:sz w:val="18"/>
              </w:rPr>
              <w:t>[Std.:Min.]</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[Datum / Tätigkeit]</w:t>
            </w:r>
          </w:p>
        </w:tc>
        <w:tc>
          <w:tcPr>
            <w:tcW w:type="dxa" w:w="1984"/>
            <w:vAlign w:val="center"/>
            <w:shd w:fill="EFF8F6"/>
            <w:tcMar>
              <w:top w:w="85" w:type="dxa"/>
              <w:left w:w="85" w:type="dxa"/>
              <w:bottom w:w="85" w:type="dxa"/>
              <w:right w:w="85" w:type="dxa"/>
            </w:tcMar>
          </w:tcPr>
          <w:p>
            <w:pPr>
              <w:spacing w:after="40" w:before="40" w:line="252" w:lineRule="auto"/>
            </w:pPr>
            <w:r>
              <w:rPr>
                <w:sz w:val="18"/>
              </w:rPr>
              <w:t>[Uhrzeit / Datum]</w:t>
            </w:r>
          </w:p>
        </w:tc>
        <w:tc>
          <w:tcPr>
            <w:tcW w:type="dxa" w:w="1984"/>
            <w:vAlign w:val="center"/>
            <w:shd w:fill="EFF8F6"/>
            <w:tcMar>
              <w:top w:w="85" w:type="dxa"/>
              <w:left w:w="85" w:type="dxa"/>
              <w:bottom w:w="85" w:type="dxa"/>
              <w:right w:w="85" w:type="dxa"/>
            </w:tcMar>
          </w:tcPr>
          <w:p>
            <w:pPr>
              <w:spacing w:after="40" w:before="40" w:line="252" w:lineRule="auto"/>
            </w:pPr>
            <w:r>
              <w:rPr>
                <w:sz w:val="18"/>
              </w:rPr>
              <w:t>[Minuten]</w:t>
            </w:r>
          </w:p>
        </w:tc>
        <w:tc>
          <w:tcPr>
            <w:tcW w:type="dxa" w:w="1984"/>
            <w:vAlign w:val="center"/>
            <w:shd w:fill="EFF8F6"/>
            <w:tcMar>
              <w:top w:w="85" w:type="dxa"/>
              <w:left w:w="85" w:type="dxa"/>
              <w:bottom w:w="85" w:type="dxa"/>
              <w:right w:w="85" w:type="dxa"/>
            </w:tcMar>
          </w:tcPr>
          <w:p>
            <w:pPr>
              <w:spacing w:after="40" w:before="40" w:line="252" w:lineRule="auto"/>
            </w:pPr>
            <w:r>
              <w:rPr>
                <w:sz w:val="18"/>
              </w:rPr>
              <w:t>[Std.:Min.]</w:t>
            </w:r>
          </w:p>
        </w:tc>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[Datum / Tätigkeit]</w:t>
            </w:r>
          </w:p>
        </w:tc>
        <w:tc>
          <w:tcPr>
            <w:tcW w:type="dxa" w:w="1984"/>
            <w:vAlign w:val="center"/>
            <w:tcMar>
              <w:top w:w="85" w:type="dxa"/>
              <w:left w:w="85" w:type="dxa"/>
              <w:bottom w:w="85" w:type="dxa"/>
              <w:right w:w="85" w:type="dxa"/>
            </w:tcMar>
          </w:tcPr>
          <w:p>
            <w:pPr>
              <w:spacing w:after="40" w:before="40" w:line="252" w:lineRule="auto"/>
            </w:pPr>
            <w:r>
              <w:rPr>
                <w:sz w:val="18"/>
              </w:rPr>
              <w:t>[Uhrzeit / Datum]</w:t>
            </w:r>
          </w:p>
        </w:tc>
        <w:tc>
          <w:tcPr>
            <w:tcW w:type="dxa" w:w="1984"/>
            <w:vAlign w:val="center"/>
            <w:tcMar>
              <w:top w:w="85" w:type="dxa"/>
              <w:left w:w="85" w:type="dxa"/>
              <w:bottom w:w="85" w:type="dxa"/>
              <w:right w:w="85" w:type="dxa"/>
            </w:tcMar>
          </w:tcPr>
          <w:p>
            <w:pPr>
              <w:spacing w:after="40" w:before="40" w:line="252" w:lineRule="auto"/>
            </w:pPr>
            <w:r>
              <w:rPr>
                <w:sz w:val="18"/>
              </w:rPr>
              <w:t>[Minuten]</w:t>
            </w:r>
          </w:p>
        </w:tc>
        <w:tc>
          <w:tcPr>
            <w:tcW w:type="dxa" w:w="1984"/>
            <w:vAlign w:val="center"/>
            <w:tcMar>
              <w:top w:w="85" w:type="dxa"/>
              <w:left w:w="85" w:type="dxa"/>
              <w:bottom w:w="85" w:type="dxa"/>
              <w:right w:w="85" w:type="dxa"/>
            </w:tcMar>
          </w:tcPr>
          <w:p>
            <w:pPr>
              <w:spacing w:after="40" w:before="40" w:line="252" w:lineRule="auto"/>
            </w:pPr>
            <w:r>
              <w:rPr>
                <w:sz w:val="18"/>
              </w:rPr>
              <w:t>[Std.:Min.]</w:t>
            </w:r>
          </w:p>
        </w:tc>
        <w:tc>
          <w:tcPr>
            <w:tcW w:type="dxa" w:w="1984"/>
            <w:vAlign w:val="center"/>
            <w:tcMar>
              <w:top w:w="85" w:type="dxa"/>
              <w:left w:w="85" w:type="dxa"/>
              <w:bottom w:w="85" w:type="dxa"/>
              <w:right w:w="85" w:type="dxa"/>
            </w:tcMar>
          </w:tcPr>
          <w:p>
            <w:pPr>
              <w:spacing w:after="40" w:before="40" w:line="252" w:lineRule="auto"/>
            </w:pPr>
            <w:r>
              <w:rPr>
                <w:sz w:val="18"/>
              </w:rPr>
              <w:t>[Eintragen]</w:t>
            </w:r>
          </w:p>
        </w:tc>
      </w:tr>
    </w:tbl>
    <w:p>
      <w:pPr>
        <w:pStyle w:val="Heading1"/>
      </w:pPr>
      <w:r>
        <w:t>Prüfung und nächster Schritt</w:t>
      </w:r>
    </w:p>
    <w:p>
      <w:r>
        <w:t>Ausgefüllt / abgestimmt am: [Datum] · Zuständige Person oder Funktion: [Eintragen]</w:t>
      </w:r>
    </w:p>
    <w:p>
      <w:r>
        <w:t>Offene Frage und vereinbarter Folgetermin: [Eintragen]</w:t>
      </w:r>
    </w:p>
    <w:p>
      <w:r>
        <w:t>Pausen nicht automatisch abziehen, wenn sie nicht genommen wurden. Die Vorlage ersetzt kein vollständiges gesetzeskonformes System.</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Arbeitszeitnachweis</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