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Anforderungsprofil für eine Stelle</w:t>
      </w:r>
    </w:p>
    <w:p>
      <w:pPr>
        <w:pStyle w:val="HRGuideHeading"/>
      </w:pPr>
      <w:r>
        <w:t>Aufgaben in prüfbare Anforderungen übersetzen</w:t>
      </w:r>
    </w:p>
    <w:p>
      <w:pPr>
        <w:pStyle w:val="HRGuideBody"/>
      </w:pPr>
      <w:r>
        <w:t>Das Anforderungsprofil bildet die fachliche Grundlage für Ausschreibung und Auswahl. Beginnen Sie mit tatsächlichen Aufgaben und Ergebnissen. Erst daraus werden notwendige Kenntnisse, Erfahrungen und gegebenenfalls formale Nachweise abgeleitet. Beliebte Schlagwörter ohne Tätigkeitsbezug erschweren faire Auswahl.</w:t>
      </w:r>
    </w:p>
    <w:p>
      <w:pPr>
        <w:pStyle w:val="HRGuideBody"/>
      </w:pPr>
      <w:r>
        <w:t>Unterscheiden Sie zwingende Voraussetzungen von erlernbaren oder wünschenswerten Merkmalen. Eine lange Wunschliste kann geeignete Personen unnötig ausschließen. Jede Anforderung sollte später mit einer passenden Frage, Arbeitsprobe oder einem geeigneten Nachweis überprüfbar sein.</w:t>
      </w:r>
    </w:p>
    <w:p>
      <w:pPr>
        <w:pStyle w:val="HRGuideHeading"/>
      </w:pPr>
      <w:r>
        <w:t>Felder richtig ausfüllen</w:t>
      </w:r>
    </w:p>
    <w:p>
      <w:pPr>
        <w:pStyle w:val="HRGuideBody"/>
      </w:pPr>
      <w:r>
        <w:rPr>
          <w:b/>
        </w:rPr>
        <w:t xml:space="preserve">Rolle und Einsatzort: </w:t>
      </w:r>
      <w:r>
        <w:t>Benennen Sie die tatsächliche Tätigkeit und relevante Arbeitsumgebung. Standort, Reiseanteil und Arbeitsmodell können für die Anforderungen wesentlich sein.</w:t>
      </w:r>
    </w:p>
    <w:p>
      <w:pPr>
        <w:pStyle w:val="HRGuideBody"/>
      </w:pPr>
      <w:r>
        <w:rPr>
          <w:b/>
        </w:rPr>
        <w:t xml:space="preserve">Anlass der Besetzung: </w:t>
      </w:r>
      <w:r>
        <w:t>Ersatz, Wachstum oder neue Aufgabe können unterschiedliche Profile erfordern. Kopieren Sie eine alte Stellenbeschreibung nicht ohne Prüfung.</w:t>
      </w:r>
    </w:p>
    <w:p>
      <w:pPr>
        <w:pStyle w:val="HRGuideBody"/>
      </w:pPr>
      <w:r>
        <w:rPr>
          <w:b/>
        </w:rPr>
        <w:t xml:space="preserve">Arbeitsumfang: </w:t>
      </w:r>
      <w:r>
        <w:t>Beschreiben Sie Stundenmodell, Zeitraum und zentrale Aufgabenanteile. Erwartungen müssen mit dem realistischen Arbeitsvolumen vereinbar sein.</w:t>
      </w:r>
    </w:p>
    <w:p>
      <w:pPr>
        <w:pStyle w:val="HRGuideBody"/>
      </w:pPr>
      <w:r>
        <w:rPr>
          <w:b/>
        </w:rPr>
        <w:t xml:space="preserve">Fachliche Ansprechperson: </w:t>
      </w:r>
      <w:r>
        <w:t>Eine zuständige Person klärt Widersprüche und priorisiert Anforderungen. Ohne diese Rolle können verschiedene Interviewer unterschiedliche Idealprofile verfolgen.</w:t>
      </w:r>
    </w:p>
    <w:p>
      <w:pPr>
        <w:pStyle w:val="HRGuideHeading"/>
      </w:pPr>
      <w:r>
        <w:t>Fiktives Praxisbeispiel</w:t>
      </w:r>
    </w:p>
    <w:p>
      <w:pPr>
        <w:pStyle w:val="HRGuideBody"/>
      </w:pPr>
      <w:r>
        <w:t>Ein fiktiver Betrieb sucht zuverlässige Kundenberatung. Statt pauschal genau fünf Jahre in einer bestimmten Branche zu verlangen, beschreibt er notwendige Gesprächs- und Produktaufgaben. Vergleichbare Erfahrung kann so fair berücksichtigt werden. Formale Voraussetzungen bleiben dort bestehen, wo sie tatsächlich erforderlich sind.</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https://caluma.jobs/hr-lexikon/vorlagen/anforderungsprofil/</w:t>
      </w:r>
    </w:p>
    <w:p>
      <w:pPr>
        <w:spacing w:after="0" w:before="0" w:line="240" w:lineRule="auto"/>
      </w:pPr>
      <w:r>
        <w:br w:type="page"/>
      </w:r>
    </w:p>
    <w:p>
      <w:pPr>
        <w:pStyle w:val="Title"/>
      </w:pPr>
      <w:r>
        <w:t>Anforderungsprofil für eine Stelle</w:t>
      </w:r>
    </w:p>
    <w:p>
      <w:pPr>
        <w:spacing w:after="140"/>
      </w:pPr>
      <w:r>
        <w:rPr>
          <w:color w:val="526A65"/>
          <w:sz w:val="18"/>
        </w:rPr>
        <w:t>Bearbeitbare Vorlage · Deutschland · Stand 15.09.2026</w:t>
      </w:r>
    </w:p>
    <w:p>
      <w:r>
        <w:t>Ein Anforderungsprofil beschreibt, welche fachlichen Voraussetzungen, Fähigkeiten und Arbeitsbedingungen für eine Rolle relevant sind. Es dient als Grundlage für Ausschreibung, Auswahl und Einarbeitung. Gute Kriterien entstehen aus den Aufgaben, nicht aus dem Wunschbild einer bestimmten Person.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Rolle und Einsatzort</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Anlass der Besetzung</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Arbeitsumfang</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Fachliche Ansprechperson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Erwartete Ergebnisse beschreiben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Muss-Anforderungen sachlich begründen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Erlernbare Fähigkeiten als solche markieren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Arbeitszeit und tatsächliche Bedingungen nennen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Auswahlkriterien und Nachweise festlegen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Unnötige Barrieren und AGG-Risiken prüfen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Keine geschützten Merkmale als pauschale Eignungsvoraussetzungen verwenden. Reglementierte Tätigkeiten gesondert prüfen.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https://caluma.jobs/hr-lexikon/vorlagen/anforderungsprofil/</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Anforderungsprofil für eine Stelle</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